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RECIBOS — COMPRA E VENDA DE IMÓVEL</w:t>
      </w:r>
    </w:p>
    <w:p>
      <w:pPr>
        <w:spacing w:after="240"/>
        <w:jc w:val="center"/>
      </w:pPr>
      <w:r>
        <w:rPr>
          <w:rFonts w:ascii="Arial" w:hAnsi="Arial" w:cs="Arial" w:eastAsia="Arial"/>
          <w:b w:val="0"/>
          <w:i/>
          <w:color w:val="555555"/>
          <w:sz w:val="22"/>
        </w:rPr>
        <w:t>Três modelos prontos: sinal (arras), parcela e quitação total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COMO USAR: cada página deste arquivo é um recibo independente. Imprima apenas a página que precisar, preencha os campos destacados e assine em duas vias — uma para cada parte. Recomenda-se o reconhecimento de firma em cartório, principalmente no recibo de quitação total. Guarde sempre o comprovante bancário junto do recibo.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Este arquivo contém: </w:t>
      </w:r>
      <w:r>
        <w:rPr>
          <w:rFonts w:ascii="Arial" w:hAnsi="Arial" w:cs="Arial" w:eastAsia="Arial"/>
          <w:b/>
          <w:i w:val="0"/>
          <w:sz w:val="21"/>
        </w:rPr>
        <w:t>(1) Recibo de Sinal e Princípio de Pagamento (Arras)</w:t>
      </w:r>
      <w:r>
        <w:rPr>
          <w:rFonts w:ascii="Arial" w:hAnsi="Arial" w:cs="Arial" w:eastAsia="Arial"/>
          <w:b w:val="0"/>
          <w:i w:val="0"/>
          <w:sz w:val="21"/>
        </w:rPr>
        <w:t xml:space="preserve"> — página 2; </w:t>
      </w:r>
      <w:r>
        <w:rPr>
          <w:rFonts w:ascii="Arial" w:hAnsi="Arial" w:cs="Arial" w:eastAsia="Arial"/>
          <w:b/>
          <w:i w:val="0"/>
          <w:sz w:val="21"/>
        </w:rPr>
        <w:t>(2) Recibo de Pagamento de Parcela</w:t>
      </w:r>
      <w:r>
        <w:rPr>
          <w:rFonts w:ascii="Arial" w:hAnsi="Arial" w:cs="Arial" w:eastAsia="Arial"/>
          <w:b w:val="0"/>
          <w:i w:val="0"/>
          <w:sz w:val="21"/>
        </w:rPr>
        <w:t xml:space="preserve"> — página 3; e </w:t>
      </w:r>
      <w:r>
        <w:rPr>
          <w:rFonts w:ascii="Arial" w:hAnsi="Arial" w:cs="Arial" w:eastAsia="Arial"/>
          <w:b/>
          <w:i w:val="0"/>
          <w:sz w:val="21"/>
        </w:rPr>
        <w:t>(3) Recibo de Quitação Total</w:t>
      </w:r>
      <w:r>
        <w:rPr>
          <w:rFonts w:ascii="Arial" w:hAnsi="Arial" w:cs="Arial" w:eastAsia="Arial"/>
          <w:b w:val="0"/>
          <w:i w:val="0"/>
          <w:sz w:val="21"/>
        </w:rPr>
        <w:t xml:space="preserve"> — página 4.</w:t>
      </w:r>
    </w:p>
    <w:p>
      <w:r>
        <w:br w:type="page"/>
      </w:r>
    </w:p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RECIBO DE SINAL E PRINCÍPIO DE PAGAMENTO (ARRAS)</w:t>
      </w:r>
    </w:p>
    <w:p>
      <w:pPr>
        <w:spacing w:after="240"/>
        <w:jc w:val="center"/>
      </w:pPr>
      <w:r>
        <w:rPr>
          <w:rFonts w:ascii="Arial" w:hAnsi="Arial" w:cs="Arial" w:eastAsia="Arial"/>
          <w:b w:val="0"/>
          <w:i/>
          <w:color w:val="555555"/>
          <w:sz w:val="22"/>
        </w:rPr>
        <w:t>Compra e venda de imóvel — arts. 417 a 420 do Código Civil</w:t>
      </w:r>
    </w:p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Valor recebido</w:t>
            </w:r>
          </w:p>
        </w:tc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R$ [00.000,00]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(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[VALOR POR EXTENSO]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>)</w:t>
            </w:r>
          </w:p>
        </w:tc>
      </w:tr>
    </w:tbl>
    <w:p>
      <w:pPr>
        <w:spacing w:after="80"/>
      </w:pPr>
    </w:p>
    <w:p>
      <w:pPr>
        <w:spacing w:after="0"/>
      </w:pP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Eu, </w:t>
      </w:r>
      <w:r>
        <w:rPr>
          <w:rFonts w:ascii="Arial" w:hAnsi="Arial" w:cs="Arial" w:eastAsia="Arial"/>
          <w:b/>
          <w:i w:val="0"/>
          <w:sz w:val="21"/>
        </w:rPr>
        <w:t>[NOME COMPLETO DO VENDEDOR]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[nacionalidade]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[estado civil]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[profissão]</w:t>
      </w:r>
      <w:r>
        <w:rPr>
          <w:rFonts w:ascii="Arial" w:hAnsi="Arial" w:cs="Arial" w:eastAsia="Arial"/>
          <w:b w:val="0"/>
          <w:i w:val="0"/>
          <w:sz w:val="21"/>
        </w:rPr>
        <w:t xml:space="preserve">, portador(a) do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[ÓRGÃO/UF]</w:t>
      </w:r>
      <w:r>
        <w:rPr>
          <w:rFonts w:ascii="Arial" w:hAnsi="Arial" w:cs="Arial" w:eastAsia="Arial"/>
          <w:b w:val="0"/>
          <w:i w:val="0"/>
          <w:sz w:val="21"/>
        </w:rPr>
        <w:t xml:space="preserve"> e inscrito(a) no CPF/MF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residente e domiciliado(a)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</w:rPr>
        <w:t>DECLARO</w:t>
      </w:r>
      <w:r>
        <w:rPr>
          <w:rFonts w:ascii="Arial" w:hAnsi="Arial" w:cs="Arial" w:eastAsia="Arial"/>
          <w:b w:val="0"/>
          <w:i w:val="0"/>
          <w:sz w:val="21"/>
        </w:rPr>
        <w:t xml:space="preserve"> que </w:t>
      </w:r>
      <w:r>
        <w:rPr>
          <w:rFonts w:ascii="Arial" w:hAnsi="Arial" w:cs="Arial" w:eastAsia="Arial"/>
          <w:b/>
          <w:i w:val="0"/>
          <w:sz w:val="21"/>
        </w:rPr>
        <w:t>RECEBI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</w:rPr>
        <w:t>[NOME COMPLETO DO COMPRADOR]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[nacionalidade]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[estado civil]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[profissão]</w:t>
      </w:r>
      <w:r>
        <w:rPr>
          <w:rFonts w:ascii="Arial" w:hAnsi="Arial" w:cs="Arial" w:eastAsia="Arial"/>
          <w:b w:val="0"/>
          <w:i w:val="0"/>
          <w:sz w:val="21"/>
        </w:rPr>
        <w:t xml:space="preserve">, portador(a) do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[ÓRGÃO/UF]</w:t>
      </w:r>
      <w:r>
        <w:rPr>
          <w:rFonts w:ascii="Arial" w:hAnsi="Arial" w:cs="Arial" w:eastAsia="Arial"/>
          <w:b w:val="0"/>
          <w:i w:val="0"/>
          <w:sz w:val="21"/>
        </w:rPr>
        <w:t xml:space="preserve"> e inscrito(a) no CPF/MF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residente e domiciliado(a)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a importância de </w:t>
      </w:r>
      <w:r>
        <w:rPr>
          <w:rFonts w:ascii="Arial" w:hAnsi="Arial" w:cs="Arial" w:eastAsia="Arial"/>
          <w:b/>
          <w:i w:val="0"/>
          <w:sz w:val="21"/>
        </w:rPr>
        <w:t>R$ [00.000,00] ([VALOR POR EXTENSO])</w:t>
      </w:r>
      <w:r>
        <w:rPr>
          <w:rFonts w:ascii="Arial" w:hAnsi="Arial" w:cs="Arial" w:eastAsia="Arial"/>
          <w:b w:val="0"/>
          <w:i w:val="0"/>
          <w:sz w:val="21"/>
        </w:rPr>
        <w:t xml:space="preserve">, a título de </w:t>
      </w:r>
      <w:r>
        <w:rPr>
          <w:rFonts w:ascii="Arial" w:hAnsi="Arial" w:cs="Arial" w:eastAsia="Arial"/>
          <w:b/>
          <w:i w:val="0"/>
          <w:sz w:val="21"/>
        </w:rPr>
        <w:t>SINAL E PRINCÍPIO DE PAGAMENTO (ARRAS)</w:t>
      </w:r>
      <w:r>
        <w:rPr>
          <w:rFonts w:ascii="Arial" w:hAnsi="Arial" w:cs="Arial" w:eastAsia="Arial"/>
          <w:b w:val="0"/>
          <w:i w:val="0"/>
          <w:sz w:val="21"/>
        </w:rPr>
        <w:t>, referente à compra e venda do imóvel abaixo descrito.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IDENTIFICAÇÃO DO IMÓVEL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Endereço</w:t>
            </w:r>
          </w:p>
        </w:tc>
        <w:tc>
          <w:tcPr>
            <w:tcW w:type="dxa" w:w="689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[RUA, NÚMERO, COMPLEMENTO, BAIRRO]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,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[CIDADE]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>/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[UF]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, CEP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[00000-000]</w:t>
            </w:r>
          </w:p>
        </w:tc>
      </w:tr>
      <w:tr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Matrícula</w:t>
            </w:r>
          </w:p>
        </w:tc>
        <w:tc>
          <w:tcPr>
            <w:tcW w:type="dxa" w:w="689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nº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[NÚMERO]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do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[Nº]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Cartório de Registro de Imóveis de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[COMARCA]</w:t>
            </w:r>
          </w:p>
        </w:tc>
      </w:tr>
      <w:tr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Inscrição do IPTU</w:t>
            </w:r>
          </w:p>
        </w:tc>
        <w:tc>
          <w:tcPr>
            <w:tcW w:type="dxa" w:w="689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[NÚMERO DO CADASTRO]</w:t>
            </w:r>
          </w:p>
        </w:tc>
      </w:tr>
      <w:tr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Descrição</w:t>
            </w:r>
          </w:p>
        </w:tc>
        <w:tc>
          <w:tcPr>
            <w:tcW w:type="dxa" w:w="689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[casa / apartamento / terreno]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com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[000,00]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m² de área construída e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[000,00]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m² de terreno</w:t>
            </w:r>
          </w:p>
        </w:tc>
      </w:tr>
    </w:tbl>
    <w:p>
      <w:pPr>
        <w:spacing w:after="80"/>
      </w:pP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CONDIÇÕES DO NEGÓCIO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Preço total ajustado</w:t>
            </w:r>
          </w:p>
        </w:tc>
        <w:tc>
          <w:tcPr>
            <w:tcW w:type="dxa" w:w="580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R$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[000.000,00]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(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[VALOR POR EXTENSO]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>)</w:t>
            </w:r>
          </w:p>
        </w:tc>
      </w:tr>
      <w:tr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Valor recebido a título de arras</w:t>
            </w:r>
          </w:p>
        </w:tc>
        <w:tc>
          <w:tcPr>
            <w:tcW w:type="dxa" w:w="580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R$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[00.000,00]</w:t>
            </w:r>
          </w:p>
        </w:tc>
      </w:tr>
      <w:tr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Saldo remanescente</w:t>
            </w:r>
          </w:p>
        </w:tc>
        <w:tc>
          <w:tcPr>
            <w:tcW w:type="dxa" w:w="580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R$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[000.000,00]</w:t>
            </w:r>
          </w:p>
        </w:tc>
      </w:tr>
      <w:tr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Prazo para pagamento do saldo</w:t>
            </w:r>
          </w:p>
        </w:tc>
        <w:tc>
          <w:tcPr>
            <w:tcW w:type="dxa" w:w="580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</w:p>
        </w:tc>
      </w:tr>
      <w:tr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Forma de recebimento deste sinal</w:t>
            </w:r>
          </w:p>
        </w:tc>
        <w:tc>
          <w:tcPr>
            <w:tcW w:type="dxa" w:w="580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[PIX / TED / dinheiro / cheque nº 000000 do Banco 000]</w:t>
            </w:r>
          </w:p>
        </w:tc>
      </w:tr>
      <w:tr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Prazo para lavratura da escritura</w:t>
            </w:r>
          </w:p>
        </w:tc>
        <w:tc>
          <w:tcPr>
            <w:tcW w:type="dxa" w:w="580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</w:p>
        </w:tc>
      </w:tr>
    </w:tbl>
    <w:p>
      <w:pPr>
        <w:spacing w:after="80"/>
      </w:pP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NATUREZA DAS ARRAS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Escolha UMA das opções abaixo e apague a outra antes de assinar.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OPÇÃO A — ARRAS CONFIRMATÓRIAS (arts. 417 a 419 do Código Civil):</w:t>
      </w:r>
      <w:r>
        <w:rPr>
          <w:rFonts w:ascii="Arial" w:hAnsi="Arial" w:cs="Arial" w:eastAsia="Arial"/>
          <w:b w:val="0"/>
          <w:i w:val="0"/>
          <w:sz w:val="21"/>
        </w:rPr>
        <w:t xml:space="preserve"> o valor ora recebido confirma o negócio e será </w:t>
      </w:r>
      <w:r>
        <w:rPr>
          <w:rFonts w:ascii="Arial" w:hAnsi="Arial" w:cs="Arial" w:eastAsia="Arial"/>
          <w:b/>
          <w:i w:val="0"/>
          <w:sz w:val="21"/>
        </w:rPr>
        <w:t>imputado no preço total</w:t>
      </w:r>
      <w:r>
        <w:rPr>
          <w:rFonts w:ascii="Arial" w:hAnsi="Arial" w:cs="Arial" w:eastAsia="Arial"/>
          <w:b w:val="0"/>
          <w:i w:val="0"/>
          <w:sz w:val="21"/>
        </w:rPr>
        <w:t xml:space="preserve">. Não cumprido o contrato por culpa do COMPRADOR, o VENDEDOR poderá reter o sinal; se a inexecução for do VENDEDOR, este o devolverá </w:t>
      </w:r>
      <w:r>
        <w:rPr>
          <w:rFonts w:ascii="Arial" w:hAnsi="Arial" w:cs="Arial" w:eastAsia="Arial"/>
          <w:b/>
          <w:i w:val="0"/>
          <w:sz w:val="21"/>
        </w:rPr>
        <w:t>em dobro</w:t>
      </w:r>
      <w:r>
        <w:rPr>
          <w:rFonts w:ascii="Arial" w:hAnsi="Arial" w:cs="Arial" w:eastAsia="Arial"/>
          <w:b w:val="0"/>
          <w:i w:val="0"/>
          <w:sz w:val="21"/>
        </w:rPr>
        <w:t xml:space="preserve">. Em ambos os casos fica assegurada à parte inocente </w:t>
      </w:r>
      <w:r>
        <w:rPr>
          <w:rFonts w:ascii="Arial" w:hAnsi="Arial" w:cs="Arial" w:eastAsia="Arial"/>
          <w:b/>
          <w:i w:val="0"/>
          <w:sz w:val="21"/>
        </w:rPr>
        <w:t>indenização suplementar</w:t>
      </w:r>
      <w:r>
        <w:rPr>
          <w:rFonts w:ascii="Arial" w:hAnsi="Arial" w:cs="Arial" w:eastAsia="Arial"/>
          <w:b w:val="0"/>
          <w:i w:val="0"/>
          <w:sz w:val="21"/>
        </w:rPr>
        <w:t xml:space="preserve"> pelo que exceder, bem como a execução específica do contrato.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OPÇÃO B — ARRAS PENITENCIAIS (art. 420 do Código Civil):</w:t>
      </w:r>
      <w:r>
        <w:rPr>
          <w:rFonts w:ascii="Arial" w:hAnsi="Arial" w:cs="Arial" w:eastAsia="Arial"/>
          <w:b w:val="0"/>
          <w:i w:val="0"/>
          <w:sz w:val="21"/>
        </w:rPr>
        <w:t xml:space="preserve"> fica assegurado às partes o </w:t>
      </w:r>
      <w:r>
        <w:rPr>
          <w:rFonts w:ascii="Arial" w:hAnsi="Arial" w:cs="Arial" w:eastAsia="Arial"/>
          <w:b/>
          <w:i w:val="0"/>
          <w:sz w:val="21"/>
        </w:rPr>
        <w:t>direito de arrependimento</w:t>
      </w:r>
      <w:r>
        <w:rPr>
          <w:rFonts w:ascii="Arial" w:hAnsi="Arial" w:cs="Arial" w:eastAsia="Arial"/>
          <w:b w:val="0"/>
          <w:i w:val="0"/>
          <w:sz w:val="21"/>
        </w:rPr>
        <w:t xml:space="preserve"> até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 xml:space="preserve">. Arrependendo-se o COMPRADOR, perderá o sinal; arrependendo-se o VENDEDOR, devolverá o sinal </w:t>
      </w:r>
      <w:r>
        <w:rPr>
          <w:rFonts w:ascii="Arial" w:hAnsi="Arial" w:cs="Arial" w:eastAsia="Arial"/>
          <w:b/>
          <w:i w:val="0"/>
          <w:sz w:val="21"/>
        </w:rPr>
        <w:t>em dobro</w:t>
      </w:r>
      <w:r>
        <w:rPr>
          <w:rFonts w:ascii="Arial" w:hAnsi="Arial" w:cs="Arial" w:eastAsia="Arial"/>
          <w:b w:val="0"/>
          <w:i w:val="0"/>
          <w:sz w:val="21"/>
        </w:rPr>
        <w:t>, corrigido monetariamente, ficando afastada qualquer indenização suplementar.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>Declaro que o imóvel encontra-se livre e desembaraçado de ônus, dívidas e litígios, e comprometo-me a apresentar as certidões necessárias e a outorgar a escritura definitiva no prazo acima ajustado. E, para clareza e validade, firmo o presente recibo.</w:t>
      </w:r>
    </w:p>
    <w:p>
      <w:pPr>
        <w:spacing w:before="360" w:after="360"/>
        <w:jc w:val="right"/>
      </w:pP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[MÊS]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VENDEDOR(A) — QUEM RECEBEU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COMPRADOR(A) — QUEM PAGOU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00" w:after="80"/>
        <w:jc w:val="left"/>
      </w:pPr>
      <w:r>
        <w:rPr>
          <w:rFonts w:ascii="Arial" w:hAnsi="Arial" w:cs="Arial" w:eastAsia="Arial"/>
          <w:b/>
          <w:i w:val="0"/>
          <w:sz w:val="20"/>
        </w:rPr>
        <w:t>TESTEMUNHAS: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1) ____________________________________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2) ____________________________________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1]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2]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</w:tr>
    </w:tbl>
    <w:p>
      <w:r>
        <w:br w:type="page"/>
      </w:r>
    </w:p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RECIBO DE PAGAMENTO DE PARCELA</w:t>
      </w:r>
    </w:p>
    <w:p>
      <w:pPr>
        <w:spacing w:after="240"/>
        <w:jc w:val="center"/>
      </w:pPr>
      <w:r>
        <w:rPr>
          <w:rFonts w:ascii="Arial" w:hAnsi="Arial" w:cs="Arial" w:eastAsia="Arial"/>
          <w:b w:val="0"/>
          <w:i/>
          <w:color w:val="555555"/>
          <w:sz w:val="22"/>
        </w:rPr>
        <w:t>Compra e venda de imóvel</w:t>
      </w:r>
    </w:p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Valor recebido</w:t>
            </w:r>
          </w:p>
        </w:tc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R$ [00.000,00]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(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[VALOR POR EXTENSO]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>)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Parcela nº</w:t>
            </w:r>
          </w:p>
        </w:tc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[00]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de </w:t>
            </w:r>
            <w:r>
              <w:rPr>
                <w:rFonts w:ascii="Arial" w:hAnsi="Arial" w:cs="Arial" w:eastAsia="Arial"/>
                <w:b/>
                <w:i w:val="0"/>
                <w:sz w:val="19"/>
              </w:rPr>
              <w:t>[00]</w:t>
            </w:r>
          </w:p>
        </w:tc>
      </w:tr>
    </w:tbl>
    <w:p>
      <w:pPr>
        <w:spacing w:after="80"/>
      </w:pPr>
    </w:p>
    <w:p>
      <w:pPr>
        <w:spacing w:after="0"/>
      </w:pP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Eu, </w:t>
      </w:r>
      <w:r>
        <w:rPr>
          <w:rFonts w:ascii="Arial" w:hAnsi="Arial" w:cs="Arial" w:eastAsia="Arial"/>
          <w:b/>
          <w:i w:val="0"/>
          <w:sz w:val="21"/>
        </w:rPr>
        <w:t>[NOME COMPLETO DO VENDEDOR]</w:t>
      </w:r>
      <w:r>
        <w:rPr>
          <w:rFonts w:ascii="Arial" w:hAnsi="Arial" w:cs="Arial" w:eastAsia="Arial"/>
          <w:b w:val="0"/>
          <w:i w:val="0"/>
          <w:sz w:val="21"/>
        </w:rPr>
        <w:t xml:space="preserve">, inscrito(a) no CPF/MF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</w:rPr>
        <w:t>DECLARO</w:t>
      </w:r>
      <w:r>
        <w:rPr>
          <w:rFonts w:ascii="Arial" w:hAnsi="Arial" w:cs="Arial" w:eastAsia="Arial"/>
          <w:b w:val="0"/>
          <w:i w:val="0"/>
          <w:sz w:val="21"/>
        </w:rPr>
        <w:t xml:space="preserve"> que </w:t>
      </w:r>
      <w:r>
        <w:rPr>
          <w:rFonts w:ascii="Arial" w:hAnsi="Arial" w:cs="Arial" w:eastAsia="Arial"/>
          <w:b/>
          <w:i w:val="0"/>
          <w:sz w:val="21"/>
        </w:rPr>
        <w:t>RECEBI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</w:rPr>
        <w:t>[NOME COMPLETO DO COMPRADOR]</w:t>
      </w:r>
      <w:r>
        <w:rPr>
          <w:rFonts w:ascii="Arial" w:hAnsi="Arial" w:cs="Arial" w:eastAsia="Arial"/>
          <w:b w:val="0"/>
          <w:i w:val="0"/>
          <w:sz w:val="21"/>
        </w:rPr>
        <w:t xml:space="preserve">, inscrito(a) no CPF/MF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a importância de </w:t>
      </w:r>
      <w:r>
        <w:rPr>
          <w:rFonts w:ascii="Arial" w:hAnsi="Arial" w:cs="Arial" w:eastAsia="Arial"/>
          <w:b/>
          <w:i w:val="0"/>
          <w:sz w:val="21"/>
        </w:rPr>
        <w:t>R$ [00.000,00] ([VALOR POR EXTENSO])</w:t>
      </w:r>
      <w:r>
        <w:rPr>
          <w:rFonts w:ascii="Arial" w:hAnsi="Arial" w:cs="Arial" w:eastAsia="Arial"/>
          <w:b w:val="0"/>
          <w:i w:val="0"/>
          <w:sz w:val="21"/>
        </w:rPr>
        <w:t xml:space="preserve">, referente ao pagamento da </w:t>
      </w:r>
      <w:r>
        <w:rPr>
          <w:rFonts w:ascii="Arial" w:hAnsi="Arial" w:cs="Arial" w:eastAsia="Arial"/>
          <w:b/>
          <w:i w:val="0"/>
          <w:sz w:val="21"/>
        </w:rPr>
        <w:t>parcela nº [00]</w:t>
      </w:r>
      <w:r>
        <w:rPr>
          <w:rFonts w:ascii="Arial" w:hAnsi="Arial" w:cs="Arial" w:eastAsia="Arial"/>
          <w:b w:val="0"/>
          <w:i w:val="0"/>
          <w:sz w:val="21"/>
        </w:rPr>
        <w:t xml:space="preserve"> do contrato de compra e venda do imóvel situado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matrícula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[NÚMERO]</w:t>
      </w:r>
      <w:r>
        <w:rPr>
          <w:rFonts w:ascii="Arial" w:hAnsi="Arial" w:cs="Arial" w:eastAsia="Arial"/>
          <w:b w:val="0"/>
          <w:i w:val="0"/>
          <w:sz w:val="21"/>
        </w:rPr>
        <w:t xml:space="preserve"> do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[Nº]</w:t>
      </w:r>
      <w:r>
        <w:rPr>
          <w:rFonts w:ascii="Arial" w:hAnsi="Arial" w:cs="Arial" w:eastAsia="Arial"/>
          <w:b w:val="0"/>
          <w:i w:val="0"/>
          <w:sz w:val="21"/>
        </w:rPr>
        <w:t xml:space="preserve"> Cartório de Registro de Imóveis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[COMARCA]</w:t>
      </w:r>
      <w:r>
        <w:rPr>
          <w:rFonts w:ascii="Arial" w:hAnsi="Arial" w:cs="Arial" w:eastAsia="Arial"/>
          <w:b w:val="0"/>
          <w:i w:val="0"/>
          <w:sz w:val="21"/>
        </w:rPr>
        <w:t xml:space="preserve">, firmado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DEMONSTRATIVO DO PAGAMENTO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6350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Descrição</w:t>
            </w:r>
          </w:p>
        </w:tc>
        <w:tc>
          <w:tcPr>
            <w:tcW w:type="dxa" w:w="272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Valor (R$)</w:t>
            </w:r>
          </w:p>
        </w:tc>
      </w:tr>
      <w:tr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Valor original da parcela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[00.000,00]</w:t>
            </w:r>
          </w:p>
        </w:tc>
      </w:tr>
      <w:tr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Correção monetária (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[ÍNDICE]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>)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[000,00]</w:t>
            </w:r>
          </w:p>
        </w:tc>
      </w:tr>
      <w:tr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Juros contratuais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[000,00]</w:t>
            </w:r>
          </w:p>
        </w:tc>
      </w:tr>
      <w:tr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Multa e juros de mora (se em atraso)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[000,00]</w:t>
            </w:r>
          </w:p>
        </w:tc>
      </w:tr>
      <w:tr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TOTAL PAGO NESTA DATA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[00.000,00]</w:t>
            </w:r>
          </w:p>
        </w:tc>
      </w:tr>
    </w:tbl>
    <w:p>
      <w:pPr>
        <w:spacing w:after="80"/>
      </w:pP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POSIÇÃO DO CONTRATO APÓS ESTE PAGAMENTO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Preço total do imóvel</w:t>
            </w:r>
          </w:p>
        </w:tc>
        <w:tc>
          <w:tcPr>
            <w:tcW w:type="dxa" w:w="526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R$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[000.000,00]</w:t>
            </w:r>
          </w:p>
        </w:tc>
      </w:tr>
      <w:tr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Total pago até esta data</w:t>
            </w:r>
          </w:p>
        </w:tc>
        <w:tc>
          <w:tcPr>
            <w:tcW w:type="dxa" w:w="526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R$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[000.000,00]</w:t>
            </w:r>
          </w:p>
        </w:tc>
      </w:tr>
      <w:tr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Saldo devedor remanescente</w:t>
            </w:r>
          </w:p>
        </w:tc>
        <w:tc>
          <w:tcPr>
            <w:tcW w:type="dxa" w:w="526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R$ [000.000,00]</w:t>
            </w:r>
          </w:p>
        </w:tc>
      </w:tr>
      <w:tr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Parcelas pagas / total</w:t>
            </w:r>
          </w:p>
        </w:tc>
        <w:tc>
          <w:tcPr>
            <w:tcW w:type="dxa" w:w="526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de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</w:tr>
      <w:tr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Vencimento da próxima parcela</w:t>
            </w:r>
          </w:p>
        </w:tc>
        <w:tc>
          <w:tcPr>
            <w:tcW w:type="dxa" w:w="526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</w:p>
        </w:tc>
      </w:tr>
      <w:tr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Forma de pagamento</w:t>
            </w:r>
          </w:p>
        </w:tc>
        <w:tc>
          <w:tcPr>
            <w:tcW w:type="dxa" w:w="526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[PIX / TED / boleto / dinheiro]</w:t>
            </w:r>
          </w:p>
        </w:tc>
      </w:tr>
    </w:tbl>
    <w:p>
      <w:pPr>
        <w:spacing w:after="80"/>
      </w:pP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O presente recibo refere-se </w:t>
      </w:r>
      <w:r>
        <w:rPr>
          <w:rFonts w:ascii="Arial" w:hAnsi="Arial" w:cs="Arial" w:eastAsia="Arial"/>
          <w:b/>
          <w:i w:val="0"/>
          <w:sz w:val="21"/>
        </w:rPr>
        <w:t>exclusivamente</w:t>
      </w:r>
      <w:r>
        <w:rPr>
          <w:rFonts w:ascii="Arial" w:hAnsi="Arial" w:cs="Arial" w:eastAsia="Arial"/>
          <w:b w:val="0"/>
          <w:i w:val="0"/>
          <w:sz w:val="21"/>
        </w:rPr>
        <w:t xml:space="preserve"> à parcela acima discriminada e </w:t>
      </w:r>
      <w:r>
        <w:rPr>
          <w:rFonts w:ascii="Arial" w:hAnsi="Arial" w:cs="Arial" w:eastAsia="Arial"/>
          <w:b/>
          <w:i w:val="0"/>
          <w:sz w:val="21"/>
        </w:rPr>
        <w:t>não implica quitação</w:t>
      </w:r>
      <w:r>
        <w:rPr>
          <w:rFonts w:ascii="Arial" w:hAnsi="Arial" w:cs="Arial" w:eastAsia="Arial"/>
          <w:b w:val="0"/>
          <w:i w:val="0"/>
          <w:sz w:val="21"/>
        </w:rPr>
        <w:t xml:space="preserve"> das parcelas anteriores ou vincendas, nem de quaisquer outros encargos do contrato.</w:t>
      </w:r>
    </w:p>
    <w:p>
      <w:pPr>
        <w:spacing w:before="360" w:after="360"/>
        <w:jc w:val="right"/>
      </w:pP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[MÊS]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VENDEDOR(A) — QUEM RECEBEU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COMPRADOR(A) — QUEM PAGOU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r>
        <w:br w:type="page"/>
      </w:r>
    </w:p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RECIBO DE QUITAÇÃO TOTAL</w:t>
      </w:r>
    </w:p>
    <w:p>
      <w:pPr>
        <w:spacing w:after="240"/>
        <w:jc w:val="center"/>
      </w:pPr>
      <w:r>
        <w:rPr>
          <w:rFonts w:ascii="Arial" w:hAnsi="Arial" w:cs="Arial" w:eastAsia="Arial"/>
          <w:b w:val="0"/>
          <w:i/>
          <w:color w:val="555555"/>
          <w:sz w:val="22"/>
        </w:rPr>
        <w:t>Compra e venda de imóvel — quitação plena, geral e irrevogável</w:t>
      </w:r>
    </w:p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Valor total quitado</w:t>
            </w:r>
          </w:p>
        </w:tc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R$ [000.000,00]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(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[VALOR POR EXTENSO]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>)</w:t>
            </w:r>
          </w:p>
        </w:tc>
      </w:tr>
    </w:tbl>
    <w:p>
      <w:pPr>
        <w:spacing w:after="80"/>
      </w:pPr>
    </w:p>
    <w:p>
      <w:pPr>
        <w:spacing w:after="0"/>
      </w:pP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Eu, </w:t>
      </w:r>
      <w:r>
        <w:rPr>
          <w:rFonts w:ascii="Arial" w:hAnsi="Arial" w:cs="Arial" w:eastAsia="Arial"/>
          <w:b/>
          <w:i w:val="0"/>
          <w:sz w:val="21"/>
        </w:rPr>
        <w:t>[NOME COMPLETO DO VENDEDOR]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[nacionalidade]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[estado civil]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[profissão]</w:t>
      </w:r>
      <w:r>
        <w:rPr>
          <w:rFonts w:ascii="Arial" w:hAnsi="Arial" w:cs="Arial" w:eastAsia="Arial"/>
          <w:b w:val="0"/>
          <w:i w:val="0"/>
          <w:sz w:val="21"/>
        </w:rPr>
        <w:t xml:space="preserve">, portador(a) do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[ÓRGÃO/UF]</w:t>
      </w:r>
      <w:r>
        <w:rPr>
          <w:rFonts w:ascii="Arial" w:hAnsi="Arial" w:cs="Arial" w:eastAsia="Arial"/>
          <w:b w:val="0"/>
          <w:i w:val="0"/>
          <w:sz w:val="21"/>
        </w:rPr>
        <w:t xml:space="preserve"> e inscrito(a) no CPF/MF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residente e domiciliado(a)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</w:rPr>
        <w:t>DECLARO</w:t>
      </w:r>
      <w:r>
        <w:rPr>
          <w:rFonts w:ascii="Arial" w:hAnsi="Arial" w:cs="Arial" w:eastAsia="Arial"/>
          <w:b w:val="0"/>
          <w:i w:val="0"/>
          <w:sz w:val="21"/>
        </w:rPr>
        <w:t xml:space="preserve">, para todos os fins de direito, que </w:t>
      </w:r>
      <w:r>
        <w:rPr>
          <w:rFonts w:ascii="Arial" w:hAnsi="Arial" w:cs="Arial" w:eastAsia="Arial"/>
          <w:b/>
          <w:i w:val="0"/>
          <w:sz w:val="21"/>
        </w:rPr>
        <w:t>RECEBI INTEGRALMENTE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</w:rPr>
        <w:t>[NOME COMPLETO DO COMPRADOR]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[nacionalidade]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[estado civil]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[profissão]</w:t>
      </w:r>
      <w:r>
        <w:rPr>
          <w:rFonts w:ascii="Arial" w:hAnsi="Arial" w:cs="Arial" w:eastAsia="Arial"/>
          <w:b w:val="0"/>
          <w:i w:val="0"/>
          <w:sz w:val="21"/>
        </w:rPr>
        <w:t xml:space="preserve">, portador(a) do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[ÓRGÃO/UF]</w:t>
      </w:r>
      <w:r>
        <w:rPr>
          <w:rFonts w:ascii="Arial" w:hAnsi="Arial" w:cs="Arial" w:eastAsia="Arial"/>
          <w:b w:val="0"/>
          <w:i w:val="0"/>
          <w:sz w:val="21"/>
        </w:rPr>
        <w:t xml:space="preserve"> e inscrito(a) no CPF/MF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a importância total de </w:t>
      </w:r>
      <w:r>
        <w:rPr>
          <w:rFonts w:ascii="Arial" w:hAnsi="Arial" w:cs="Arial" w:eastAsia="Arial"/>
          <w:b/>
          <w:i w:val="0"/>
          <w:sz w:val="21"/>
        </w:rPr>
        <w:t>R$ [000.000,00] ([VALOR POR EXTENSO])</w:t>
      </w:r>
      <w:r>
        <w:rPr>
          <w:rFonts w:ascii="Arial" w:hAnsi="Arial" w:cs="Arial" w:eastAsia="Arial"/>
          <w:b w:val="0"/>
          <w:i w:val="0"/>
          <w:sz w:val="21"/>
        </w:rPr>
        <w:t>, referente ao preço integral da compra e venda do imóvel abaixo identificado.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IDENTIFICAÇÃO DO IMÓVEL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Endereço</w:t>
            </w:r>
          </w:p>
        </w:tc>
        <w:tc>
          <w:tcPr>
            <w:tcW w:type="dxa" w:w="689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[RUA, NÚMERO, COMPLEMENTO, BAIRRO]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,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[CIDADE]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>/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[UF]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, CEP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[00000-000]</w:t>
            </w:r>
          </w:p>
        </w:tc>
      </w:tr>
      <w:tr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Matrícula</w:t>
            </w:r>
          </w:p>
        </w:tc>
        <w:tc>
          <w:tcPr>
            <w:tcW w:type="dxa" w:w="689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nº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[NÚMERO]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do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[Nº]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Cartório de Registro de Imóveis de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[COMARCA]</w:t>
            </w:r>
          </w:p>
        </w:tc>
      </w:tr>
      <w:tr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Inscrição do IPTU</w:t>
            </w:r>
          </w:p>
        </w:tc>
        <w:tc>
          <w:tcPr>
            <w:tcW w:type="dxa" w:w="689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[NÚMERO DO CADASTRO]</w:t>
            </w:r>
          </w:p>
        </w:tc>
      </w:tr>
      <w:tr>
        <w:tc>
          <w:tcPr>
            <w:tcW w:type="dxa" w:w="2177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Contrato de origem</w:t>
            </w:r>
          </w:p>
        </w:tc>
        <w:tc>
          <w:tcPr>
            <w:tcW w:type="dxa" w:w="689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firmado em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</w:p>
        </w:tc>
      </w:tr>
    </w:tbl>
    <w:p>
      <w:pPr>
        <w:spacing w:after="80"/>
      </w:pP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DEMONSTRATIVO DOS VALORES RECEBIDOS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1814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Data</w:t>
            </w:r>
          </w:p>
        </w:tc>
        <w:tc>
          <w:tcPr>
            <w:tcW w:type="dxa" w:w="4989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Descrição</w:t>
            </w:r>
          </w:p>
        </w:tc>
        <w:tc>
          <w:tcPr>
            <w:tcW w:type="dxa" w:w="2268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Valor (R$)</w:t>
            </w:r>
          </w:p>
        </w:tc>
      </w:tr>
      <w:tr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</w:p>
        </w:tc>
        <w:tc>
          <w:tcPr>
            <w:tcW w:type="dxa" w:w="498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Sinal e princípio de pagamento (arras)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[00.000,00]</w:t>
            </w:r>
          </w:p>
        </w:tc>
      </w:tr>
      <w:tr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</w:p>
        </w:tc>
        <w:tc>
          <w:tcPr>
            <w:tcW w:type="dxa" w:w="498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Parcela intermediária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[00.000,00]</w:t>
            </w:r>
          </w:p>
        </w:tc>
      </w:tr>
      <w:tr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</w:p>
        </w:tc>
        <w:tc>
          <w:tcPr>
            <w:tcW w:type="dxa" w:w="498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Recursos próprios na escritura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[00.000,00]</w:t>
            </w:r>
          </w:p>
        </w:tc>
      </w:tr>
      <w:tr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</w:p>
        </w:tc>
        <w:tc>
          <w:tcPr>
            <w:tcW w:type="dxa" w:w="498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Financiamento bancário —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[INSTITUIÇÃO]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[000.000,00]</w:t>
            </w:r>
          </w:p>
        </w:tc>
      </w:tr>
      <w:tr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</w:p>
        </w:tc>
        <w:tc>
          <w:tcPr>
            <w:tcW w:type="dxa" w:w="498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FGTS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[00.000,00]</w:t>
            </w:r>
          </w:p>
        </w:tc>
      </w:tr>
      <w:tr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</w:p>
        </w:tc>
        <w:tc>
          <w:tcPr>
            <w:tcW w:type="dxa" w:w="498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Parcelas do saldo (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parcelas)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[00.000,00]</w:t>
            </w:r>
          </w:p>
        </w:tc>
      </w:tr>
      <w:tr>
        <w:tc>
          <w:tcPr>
            <w:tcW w:type="dxa" w:w="1814"/>
          </w:tcPr>
          <w:p>
            <w:pPr>
              <w:spacing w:before="40" w:after="40"/>
            </w:pPr>
            <w:r/>
          </w:p>
        </w:tc>
        <w:tc>
          <w:tcPr>
            <w:tcW w:type="dxa" w:w="4989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TOTAL RECEBIDO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[000.000,00]</w:t>
            </w:r>
          </w:p>
        </w:tc>
      </w:tr>
    </w:tbl>
    <w:p>
      <w:pPr>
        <w:spacing w:after="80"/>
      </w:pP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DECLARAÇÃO DE QUITAÇÃO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Pelo recebimento integral do valor acima, dou ao COMPRADOR a mais </w:t>
      </w:r>
      <w:r>
        <w:rPr>
          <w:rFonts w:ascii="Arial" w:hAnsi="Arial" w:cs="Arial" w:eastAsia="Arial"/>
          <w:b/>
          <w:i w:val="0"/>
          <w:sz w:val="21"/>
        </w:rPr>
        <w:t>plena, geral, rasa e irrevogável quitação</w:t>
      </w:r>
      <w:r>
        <w:rPr>
          <w:rFonts w:ascii="Arial" w:hAnsi="Arial" w:cs="Arial" w:eastAsia="Arial"/>
          <w:b w:val="0"/>
          <w:i w:val="0"/>
          <w:sz w:val="21"/>
        </w:rPr>
        <w:t xml:space="preserve"> do preço da compra e venda, para nada mais reclamar, a qualquer tempo ou título, em juízo ou fora dele, relativamente ao pagamento do imóvel acima identificado.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Declaro, ainda, que: </w:t>
      </w:r>
      <w:r>
        <w:rPr>
          <w:rFonts w:ascii="Arial" w:hAnsi="Arial" w:cs="Arial" w:eastAsia="Arial"/>
          <w:b/>
          <w:i w:val="0"/>
          <w:sz w:val="21"/>
        </w:rPr>
        <w:t>(a)</w:t>
      </w:r>
      <w:r>
        <w:rPr>
          <w:rFonts w:ascii="Arial" w:hAnsi="Arial" w:cs="Arial" w:eastAsia="Arial"/>
          <w:b w:val="0"/>
          <w:i w:val="0"/>
          <w:sz w:val="21"/>
        </w:rPr>
        <w:t xml:space="preserve"> o imóvel foi entregue ao COMPRADOR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 xml:space="preserve">, livre e desocupado; </w:t>
      </w:r>
      <w:r>
        <w:rPr>
          <w:rFonts w:ascii="Arial" w:hAnsi="Arial" w:cs="Arial" w:eastAsia="Arial"/>
          <w:b/>
          <w:i w:val="0"/>
          <w:sz w:val="21"/>
        </w:rPr>
        <w:t>(b)</w:t>
      </w:r>
      <w:r>
        <w:rPr>
          <w:rFonts w:ascii="Arial" w:hAnsi="Arial" w:cs="Arial" w:eastAsia="Arial"/>
          <w:b w:val="0"/>
          <w:i w:val="0"/>
          <w:sz w:val="21"/>
        </w:rPr>
        <w:t xml:space="preserve"> encontram-se quitados, por minha conta, todos os tributos, taxas, despesas condominiais e contas de consumo incidentes sobre o imóvel até a data da entrega da posse; </w:t>
      </w:r>
      <w:r>
        <w:rPr>
          <w:rFonts w:ascii="Arial" w:hAnsi="Arial" w:cs="Arial" w:eastAsia="Arial"/>
          <w:b/>
          <w:i w:val="0"/>
          <w:sz w:val="21"/>
        </w:rPr>
        <w:t>(c)</w:t>
      </w:r>
      <w:r>
        <w:rPr>
          <w:rFonts w:ascii="Arial" w:hAnsi="Arial" w:cs="Arial" w:eastAsia="Arial"/>
          <w:b w:val="0"/>
          <w:i w:val="0"/>
          <w:sz w:val="21"/>
        </w:rPr>
        <w:t xml:space="preserve"> o imóvel está livre de ônus, gravames e litígios; e </w:t>
      </w:r>
      <w:r>
        <w:rPr>
          <w:rFonts w:ascii="Arial" w:hAnsi="Arial" w:cs="Arial" w:eastAsia="Arial"/>
          <w:b/>
          <w:i w:val="0"/>
          <w:sz w:val="21"/>
        </w:rPr>
        <w:t>(d)</w:t>
      </w:r>
      <w:r>
        <w:rPr>
          <w:rFonts w:ascii="Arial" w:hAnsi="Arial" w:cs="Arial" w:eastAsia="Arial"/>
          <w:b w:val="0"/>
          <w:i w:val="0"/>
          <w:sz w:val="21"/>
        </w:rPr>
        <w:t xml:space="preserve"> obrigo-me a </w:t>
      </w:r>
      <w:r>
        <w:rPr>
          <w:rFonts w:ascii="Arial" w:hAnsi="Arial" w:cs="Arial" w:eastAsia="Arial"/>
          <w:b/>
          <w:i w:val="0"/>
          <w:sz w:val="21"/>
        </w:rPr>
        <w:t>outorgar a escritura pública definitiva de compra e venda</w:t>
      </w:r>
      <w:r>
        <w:rPr>
          <w:rFonts w:ascii="Arial" w:hAnsi="Arial" w:cs="Arial" w:eastAsia="Arial"/>
          <w:b w:val="0"/>
          <w:i w:val="0"/>
          <w:sz w:val="21"/>
        </w:rPr>
        <w:t xml:space="preserve"> e a comparecer a todos os atos necessários ao registro da transferência, no prazo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[30]</w:t>
      </w:r>
      <w:r>
        <w:rPr>
          <w:rFonts w:ascii="Arial" w:hAnsi="Arial" w:cs="Arial" w:eastAsia="Arial"/>
          <w:b w:val="0"/>
          <w:i w:val="0"/>
          <w:sz w:val="21"/>
        </w:rPr>
        <w:t xml:space="preserve"> (trinta) dias contados desta data, ciente de que a propriedade somente se transfere com o registro no Cartório de Registro de Imóveis (art. 1.245 do Código Civil).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Este recibo de quitação deve ser assinado com FIRMA RECONHECIDA em cartório e arquivado junto do contrato e da escritura. Ele comprova o pagamento, mas não substitui a escritura pública nem o registro na matrícula.</w:t>
      </w:r>
    </w:p>
    <w:p>
      <w:pPr>
        <w:spacing w:before="360" w:after="360"/>
        <w:jc w:val="right"/>
      </w:pP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[MÊS]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VENDEDOR(A) — QUEM RECEBEU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CÔNJUGE DO(A) VENDEDOR(A)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COMPRADOR(A) — QUEM PAGOU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00" w:after="80"/>
        <w:jc w:val="left"/>
      </w:pPr>
      <w:r>
        <w:rPr>
          <w:rFonts w:ascii="Arial" w:hAnsi="Arial" w:cs="Arial" w:eastAsia="Arial"/>
          <w:b/>
          <w:i w:val="0"/>
          <w:sz w:val="20"/>
        </w:rPr>
        <w:t>TESTEMUNHAS: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1) ____________________________________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2) ____________________________________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1]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2]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1134" w:right="1417" w:bottom="1134" w:left="1417" w:header="72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55555"/>
        <w:sz w:val="16"/>
      </w:rPr>
      <w:t xml:space="preserve">Recibos — Compra e Venda de Imóvel   |   Pág. </w:t>
    </w:r>
    <w:r>
      <w:rPr>
        <w:rFonts w:ascii="Arial" w:hAnsi="Arial"/>
        <w:sz w:val="16"/>
      </w:rPr>
      <w:fldChar w:fldCharType="begin"/>
      <w:instrText xml:space="preserve"> PAGE </w:instrText>
      <w:fldChar w:fldCharType="end"/>
    </w:r>
    <w:r>
      <w:rPr>
        <w:rFonts w:ascii="Arial" w:hAnsi="Arial"/>
        <w:color w:val="555555"/>
        <w:sz w:val="16"/>
      </w:rPr>
      <w:t xml:space="preserve"> de </w:t>
    </w:r>
    <w:r>
      <w:rPr>
        <w:rFonts w:ascii="Arial" w:hAnsi="Arial"/>
        <w:sz w:val="16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